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32739" w14:textId="77777777" w:rsidR="00105274" w:rsidRPr="00740EA5" w:rsidRDefault="00000000">
      <w:pPr>
        <w:pStyle w:val="1"/>
        <w:rPr>
          <w:lang w:val="ru-RU"/>
        </w:rPr>
      </w:pPr>
      <w:r w:rsidRPr="00740EA5">
        <w:rPr>
          <w:lang w:val="ru-RU"/>
        </w:rPr>
        <w:t>Карточка предприятия</w:t>
      </w:r>
    </w:p>
    <w:p w14:paraId="00A477B9" w14:textId="77777777" w:rsidR="00105274" w:rsidRPr="00740EA5" w:rsidRDefault="00105274">
      <w:pPr>
        <w:rPr>
          <w:lang w:val="ru-RU"/>
        </w:rPr>
      </w:pPr>
    </w:p>
    <w:p w14:paraId="4091A8A8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Полное наименование: </w:t>
      </w:r>
      <w:r w:rsidRPr="00740EA5">
        <w:rPr>
          <w:lang w:val="ru-RU"/>
        </w:rPr>
        <w:t>Индивидуальный предприниматель Жданов Дмитрий Евгеньевич</w:t>
      </w:r>
    </w:p>
    <w:p w14:paraId="2F001491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Сокращенное наименование: </w:t>
      </w:r>
      <w:r w:rsidRPr="00740EA5">
        <w:rPr>
          <w:lang w:val="ru-RU"/>
        </w:rPr>
        <w:t>ИП Жданов Д.Е.</w:t>
      </w:r>
    </w:p>
    <w:p w14:paraId="3121D452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ИНН: </w:t>
      </w:r>
      <w:r w:rsidRPr="00740EA5">
        <w:rPr>
          <w:lang w:val="ru-RU"/>
        </w:rPr>
        <w:t>501906841181</w:t>
      </w:r>
    </w:p>
    <w:p w14:paraId="79DB18DD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ОГРНИП: </w:t>
      </w:r>
      <w:r w:rsidRPr="00740EA5">
        <w:rPr>
          <w:lang w:val="ru-RU"/>
        </w:rPr>
        <w:t>325508100143742</w:t>
      </w:r>
    </w:p>
    <w:p w14:paraId="6555D6A3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Дата регистрации: </w:t>
      </w:r>
      <w:r w:rsidRPr="00740EA5">
        <w:rPr>
          <w:lang w:val="ru-RU"/>
        </w:rPr>
        <w:t>14 марта 2025 года</w:t>
      </w:r>
    </w:p>
    <w:p w14:paraId="29180AE6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ОКВЭД: </w:t>
      </w:r>
      <w:r w:rsidRPr="00740EA5">
        <w:rPr>
          <w:lang w:val="ru-RU"/>
        </w:rPr>
        <w:t>47.91.2 — Торговля розничная через Интернет</w:t>
      </w:r>
    </w:p>
    <w:p w14:paraId="1A66F1AC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Юридический адрес: </w:t>
      </w:r>
      <w:r w:rsidRPr="00740EA5">
        <w:rPr>
          <w:lang w:val="ru-RU"/>
        </w:rPr>
        <w:t>142900, Московская область, г. Кашира, ул. Безымянная, д. 6</w:t>
      </w:r>
    </w:p>
    <w:p w14:paraId="7A521E56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Получатель: </w:t>
      </w:r>
      <w:r w:rsidRPr="00740EA5">
        <w:rPr>
          <w:lang w:val="ru-RU"/>
        </w:rPr>
        <w:t>Индивидуальный предприниматель Жданов Дмитрий Евгеньевич</w:t>
      </w:r>
    </w:p>
    <w:p w14:paraId="3B62B4B1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Банк: </w:t>
      </w:r>
      <w:r w:rsidRPr="00740EA5">
        <w:rPr>
          <w:lang w:val="ru-RU"/>
        </w:rPr>
        <w:t>ООО «Банк Точка»</w:t>
      </w:r>
    </w:p>
    <w:p w14:paraId="54BAB00F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Расчетный счет: </w:t>
      </w:r>
      <w:r w:rsidRPr="00740EA5">
        <w:rPr>
          <w:lang w:val="ru-RU"/>
        </w:rPr>
        <w:t>40802810420001001312</w:t>
      </w:r>
    </w:p>
    <w:p w14:paraId="19010D69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БИК: </w:t>
      </w:r>
      <w:r w:rsidRPr="00740EA5">
        <w:rPr>
          <w:lang w:val="ru-RU"/>
        </w:rPr>
        <w:t>044525104</w:t>
      </w:r>
    </w:p>
    <w:p w14:paraId="586C4671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Корреспондентский счет: </w:t>
      </w:r>
      <w:r w:rsidRPr="00740EA5">
        <w:rPr>
          <w:lang w:val="ru-RU"/>
        </w:rPr>
        <w:t>30101810745374525104</w:t>
      </w:r>
    </w:p>
    <w:p w14:paraId="4CD739F6" w14:textId="77777777" w:rsidR="00105274" w:rsidRPr="00740EA5" w:rsidRDefault="00000000">
      <w:pPr>
        <w:rPr>
          <w:lang w:val="ru-RU"/>
        </w:rPr>
      </w:pPr>
      <w:r w:rsidRPr="00740EA5">
        <w:rPr>
          <w:b/>
          <w:lang w:val="ru-RU"/>
        </w:rPr>
        <w:t xml:space="preserve">Телефон: </w:t>
      </w:r>
      <w:r w:rsidRPr="00740EA5">
        <w:rPr>
          <w:lang w:val="ru-RU"/>
        </w:rPr>
        <w:t>8 (800) 444-45-07</w:t>
      </w:r>
    </w:p>
    <w:p w14:paraId="77D77532" w14:textId="77777777" w:rsidR="00105274" w:rsidRPr="00740EA5" w:rsidRDefault="00000000">
      <w:pPr>
        <w:rPr>
          <w:lang w:val="ru-RU"/>
        </w:rPr>
      </w:pPr>
      <w:r>
        <w:rPr>
          <w:b/>
        </w:rPr>
        <w:t>E</w:t>
      </w:r>
      <w:r w:rsidRPr="00740EA5">
        <w:rPr>
          <w:b/>
          <w:lang w:val="ru-RU"/>
        </w:rPr>
        <w:t>-</w:t>
      </w:r>
      <w:r>
        <w:rPr>
          <w:b/>
        </w:rPr>
        <w:t>mail</w:t>
      </w:r>
      <w:r w:rsidRPr="00740EA5">
        <w:rPr>
          <w:b/>
          <w:lang w:val="ru-RU"/>
        </w:rPr>
        <w:t xml:space="preserve">: </w:t>
      </w:r>
      <w:r>
        <w:t>info</w:t>
      </w:r>
      <w:r w:rsidRPr="00740EA5">
        <w:rPr>
          <w:lang w:val="ru-RU"/>
        </w:rPr>
        <w:t>@</w:t>
      </w:r>
      <w:proofErr w:type="spellStart"/>
      <w:r>
        <w:t>mebelsalonakrasoty</w:t>
      </w:r>
      <w:proofErr w:type="spellEnd"/>
      <w:r w:rsidRPr="00740EA5">
        <w:rPr>
          <w:lang w:val="ru-RU"/>
        </w:rPr>
        <w:t>.</w:t>
      </w:r>
      <w:proofErr w:type="spellStart"/>
      <w:r>
        <w:t>ru</w:t>
      </w:r>
      <w:proofErr w:type="spellEnd"/>
    </w:p>
    <w:p w14:paraId="1FB7EF69" w14:textId="77777777" w:rsidR="00105274" w:rsidRDefault="00000000">
      <w:r>
        <w:rPr>
          <w:b/>
        </w:rPr>
        <w:t xml:space="preserve">Сайт: </w:t>
      </w:r>
      <w:r>
        <w:t>mebelsalonakrasoty.ru</w:t>
      </w:r>
    </w:p>
    <w:p w14:paraId="6E684684" w14:textId="77777777" w:rsidR="00105274" w:rsidRDefault="00000000">
      <w:pPr>
        <w:pStyle w:val="21"/>
      </w:pPr>
      <w:r>
        <w:t>Способы оплаты</w:t>
      </w:r>
    </w:p>
    <w:p w14:paraId="316618B6" w14:textId="77777777" w:rsidR="00105274" w:rsidRDefault="00000000">
      <w:pPr>
        <w:pStyle w:val="a0"/>
      </w:pPr>
      <w:r>
        <w:t>Банковской картой на сайте</w:t>
      </w:r>
    </w:p>
    <w:p w14:paraId="34CEC12E" w14:textId="77777777" w:rsidR="00105274" w:rsidRDefault="00000000">
      <w:pPr>
        <w:pStyle w:val="a0"/>
      </w:pPr>
      <w:r>
        <w:t>Банковской картой по платежной ссылке</w:t>
      </w:r>
    </w:p>
    <w:p w14:paraId="7AD5CAFD" w14:textId="77777777" w:rsidR="00105274" w:rsidRPr="00740EA5" w:rsidRDefault="00000000">
      <w:pPr>
        <w:pStyle w:val="a0"/>
        <w:rPr>
          <w:lang w:val="ru-RU"/>
        </w:rPr>
      </w:pPr>
      <w:r w:rsidRPr="00740EA5">
        <w:rPr>
          <w:lang w:val="ru-RU"/>
        </w:rPr>
        <w:t>Безналичным переводом по счету для юридических лиц и ИП</w:t>
      </w:r>
    </w:p>
    <w:p w14:paraId="76D93E79" w14:textId="77777777" w:rsidR="00105274" w:rsidRDefault="00000000">
      <w:pPr>
        <w:pStyle w:val="21"/>
      </w:pPr>
      <w:proofErr w:type="spellStart"/>
      <w:r>
        <w:t>Доставка</w:t>
      </w:r>
      <w:proofErr w:type="spellEnd"/>
    </w:p>
    <w:p w14:paraId="073E9DD3" w14:textId="70E52DDA" w:rsidR="00105274" w:rsidRDefault="00000000">
      <w:pPr>
        <w:pStyle w:val="a0"/>
      </w:pPr>
      <w:r>
        <w:t>Бесплатная курьерская доставка по Москве</w:t>
      </w:r>
    </w:p>
    <w:p w14:paraId="0839507E" w14:textId="77777777" w:rsidR="00105274" w:rsidRPr="00740EA5" w:rsidRDefault="00000000">
      <w:pPr>
        <w:pStyle w:val="a0"/>
        <w:rPr>
          <w:lang w:val="ru-RU"/>
        </w:rPr>
      </w:pPr>
      <w:r w:rsidRPr="00740EA5">
        <w:rPr>
          <w:lang w:val="ru-RU"/>
        </w:rPr>
        <w:t>Доставка транспортными компаниями по всей России.</w:t>
      </w:r>
    </w:p>
    <w:sectPr w:rsidR="00105274" w:rsidRPr="00740EA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4411265">
    <w:abstractNumId w:val="8"/>
  </w:num>
  <w:num w:numId="2" w16cid:durableId="2128161412">
    <w:abstractNumId w:val="6"/>
  </w:num>
  <w:num w:numId="3" w16cid:durableId="1207719111">
    <w:abstractNumId w:val="5"/>
  </w:num>
  <w:num w:numId="4" w16cid:durableId="527838331">
    <w:abstractNumId w:val="4"/>
  </w:num>
  <w:num w:numId="5" w16cid:durableId="1031537614">
    <w:abstractNumId w:val="7"/>
  </w:num>
  <w:num w:numId="6" w16cid:durableId="887182501">
    <w:abstractNumId w:val="3"/>
  </w:num>
  <w:num w:numId="7" w16cid:durableId="1993606170">
    <w:abstractNumId w:val="2"/>
  </w:num>
  <w:num w:numId="8" w16cid:durableId="1674843944">
    <w:abstractNumId w:val="1"/>
  </w:num>
  <w:num w:numId="9" w16cid:durableId="167923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5274"/>
    <w:rsid w:val="0015074B"/>
    <w:rsid w:val="00275E6E"/>
    <w:rsid w:val="0029639D"/>
    <w:rsid w:val="00326F90"/>
    <w:rsid w:val="00740EA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5C4E74"/>
  <w14:defaultImageDpi w14:val="300"/>
  <w15:docId w15:val="{79D7ABED-612B-4471-BCDD-2EEB42DD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Дмитрий Жданов</cp:lastModifiedBy>
  <cp:revision>2</cp:revision>
  <dcterms:created xsi:type="dcterms:W3CDTF">2013-12-23T23:15:00Z</dcterms:created>
  <dcterms:modified xsi:type="dcterms:W3CDTF">2026-08-03T20:55:00Z</dcterms:modified>
  <cp:category/>
</cp:coreProperties>
</file>